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E00A3" w14:textId="036B3E11" w:rsidR="00830889" w:rsidRDefault="00830889">
      <w:pPr>
        <w:pStyle w:val="Titre1"/>
        <w:rPr>
          <w:rFonts w:ascii="Montserrat" w:hAnsi="Montserrat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58240" behindDoc="1" locked="0" layoutInCell="1" allowOverlap="1" wp14:anchorId="3D966653" wp14:editId="60B4B60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88465" cy="769620"/>
            <wp:effectExtent l="0" t="0" r="6985" b="0"/>
            <wp:wrapTight wrapText="bothSides">
              <wp:wrapPolygon edited="0">
                <wp:start x="0" y="0"/>
                <wp:lineTo x="0" y="20851"/>
                <wp:lineTo x="21446" y="20851"/>
                <wp:lineTo x="21446" y="0"/>
                <wp:lineTo x="0" y="0"/>
              </wp:wrapPolygon>
            </wp:wrapTight>
            <wp:docPr id="14559704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70404" name="Image 14559704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" w:hAnsi="Montserrat"/>
          <w:noProof/>
        </w:rPr>
        <w:drawing>
          <wp:anchor distT="0" distB="0" distL="114300" distR="114300" simplePos="0" relativeHeight="251659264" behindDoc="1" locked="0" layoutInCell="1" allowOverlap="1" wp14:anchorId="487B3E75" wp14:editId="0B84B55D">
            <wp:simplePos x="0" y="0"/>
            <wp:positionH relativeFrom="column">
              <wp:posOffset>4762500</wp:posOffset>
            </wp:positionH>
            <wp:positionV relativeFrom="paragraph">
              <wp:posOffset>0</wp:posOffset>
            </wp:positionV>
            <wp:extent cx="2066400" cy="907200"/>
            <wp:effectExtent l="0" t="0" r="0" b="7620"/>
            <wp:wrapTight wrapText="bothSides">
              <wp:wrapPolygon edited="0">
                <wp:start x="0" y="0"/>
                <wp:lineTo x="0" y="21328"/>
                <wp:lineTo x="21308" y="21328"/>
                <wp:lineTo x="21308" y="0"/>
                <wp:lineTo x="0" y="0"/>
              </wp:wrapPolygon>
            </wp:wrapTight>
            <wp:docPr id="19607873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87344" name="Image 19607873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97770" w14:textId="6D9CF208" w:rsidR="008647CC" w:rsidRDefault="00000000" w:rsidP="00830889">
      <w:pPr>
        <w:pStyle w:val="Titre1"/>
        <w:jc w:val="center"/>
        <w:rPr>
          <w:rFonts w:ascii="Montserrat" w:hAnsi="Montserrat"/>
          <w:color w:val="00A95C"/>
        </w:rPr>
      </w:pPr>
      <w:r w:rsidRPr="002B6642">
        <w:rPr>
          <w:rFonts w:ascii="Montserrat" w:hAnsi="Montserrat"/>
          <w:color w:val="00A95C"/>
        </w:rPr>
        <w:t>Bulletin d'inscription 2026</w:t>
      </w:r>
      <w:r w:rsidR="00A63714" w:rsidRPr="002B6642">
        <w:rPr>
          <w:rFonts w:ascii="Montserrat" w:hAnsi="Montserrat"/>
          <w:color w:val="00A95C"/>
        </w:rPr>
        <w:t xml:space="preserve"> - </w:t>
      </w:r>
      <w:r w:rsidRPr="002B6642">
        <w:rPr>
          <w:rFonts w:ascii="Montserrat" w:hAnsi="Montserrat"/>
          <w:color w:val="00A95C"/>
        </w:rPr>
        <w:t>Pharmaciens et Équipes officinales</w:t>
      </w:r>
    </w:p>
    <w:p w14:paraId="2E1C4F09" w14:textId="5071C870" w:rsidR="00BE2B79" w:rsidRPr="00BE2B79" w:rsidRDefault="00BE2B79" w:rsidP="00BE2B79">
      <w:pPr>
        <w:jc w:val="center"/>
        <w:rPr>
          <w:rFonts w:ascii="Montserrat" w:hAnsi="Montserrat"/>
          <w:b/>
          <w:bCs/>
          <w:color w:val="1D1D35"/>
        </w:rPr>
      </w:pPr>
      <w:r w:rsidRPr="00BE2B79">
        <w:rPr>
          <w:rFonts w:ascii="Montserrat" w:hAnsi="Montserrat"/>
          <w:b/>
          <w:bCs/>
          <w:color w:val="1D1D35"/>
        </w:rPr>
        <w:t>A renvoyer à contact@urps-pharmaciens-normandie.fr</w:t>
      </w:r>
    </w:p>
    <w:p w14:paraId="4597B7EA" w14:textId="77777777" w:rsidR="008647CC" w:rsidRPr="002B6642" w:rsidRDefault="00000000" w:rsidP="00A63714">
      <w:pPr>
        <w:pStyle w:val="Titre2"/>
        <w:spacing w:before="0" w:line="360" w:lineRule="auto"/>
        <w:rPr>
          <w:rFonts w:ascii="Montserrat" w:hAnsi="Montserrat" w:cs="Arial"/>
          <w:color w:val="00A95C"/>
          <w:sz w:val="22"/>
          <w:szCs w:val="22"/>
        </w:rPr>
      </w:pPr>
      <w:r w:rsidRPr="002B6642">
        <w:rPr>
          <w:rFonts w:ascii="Montserrat" w:hAnsi="Montserrat" w:cs="Arial"/>
          <w:color w:val="00A95C"/>
          <w:sz w:val="22"/>
          <w:szCs w:val="22"/>
        </w:rPr>
        <w:t>Coordonnées de l'apprenant</w:t>
      </w:r>
    </w:p>
    <w:p w14:paraId="454381C2" w14:textId="0EB00D4E" w:rsidR="008647CC" w:rsidRPr="002B6642" w:rsidRDefault="00000000" w:rsidP="00A63714">
      <w:pPr>
        <w:spacing w:after="0" w:line="360" w:lineRule="auto"/>
        <w:rPr>
          <w:rFonts w:ascii="Montserrat" w:hAnsi="Montserrat" w:cs="Arial"/>
          <w:color w:val="1D1D35"/>
        </w:rPr>
      </w:pPr>
      <w:r w:rsidRPr="002B6642">
        <w:rPr>
          <w:rFonts w:ascii="Montserrat" w:hAnsi="Montserrat" w:cs="Arial"/>
          <w:b/>
          <w:color w:val="1D1D35"/>
        </w:rPr>
        <w:t>Nom :</w:t>
      </w:r>
      <w:r w:rsidRPr="002B6642">
        <w:rPr>
          <w:rFonts w:ascii="Montserrat" w:hAnsi="Montserrat" w:cs="Arial"/>
          <w:color w:val="1D1D35"/>
        </w:rPr>
        <w:t xml:space="preserve"> ______________________________</w:t>
      </w:r>
      <w:r w:rsidR="00FF088B">
        <w:rPr>
          <w:rFonts w:ascii="Montserrat" w:hAnsi="Montserrat" w:cs="Arial"/>
          <w:color w:val="1D1D35"/>
        </w:rPr>
        <w:t>_____________________</w:t>
      </w:r>
      <w:r w:rsidR="002B494D" w:rsidRPr="002B6642">
        <w:rPr>
          <w:rFonts w:ascii="Montserrat" w:hAnsi="Montserrat" w:cs="Arial"/>
          <w:color w:val="1D1D35"/>
        </w:rPr>
        <w:t xml:space="preserve"> </w:t>
      </w:r>
      <w:r w:rsidRPr="002B6642">
        <w:rPr>
          <w:rFonts w:ascii="Montserrat" w:hAnsi="Montserrat" w:cs="Arial"/>
          <w:b/>
          <w:color w:val="1D1D35"/>
        </w:rPr>
        <w:t>Prénom :</w:t>
      </w:r>
      <w:r w:rsidRPr="002B6642">
        <w:rPr>
          <w:rFonts w:ascii="Montserrat" w:hAnsi="Montserrat" w:cs="Arial"/>
          <w:color w:val="1D1D35"/>
        </w:rPr>
        <w:t xml:space="preserve"> ______________________________</w:t>
      </w:r>
    </w:p>
    <w:p w14:paraId="286B27AE" w14:textId="19A7EB6C" w:rsidR="008647CC" w:rsidRPr="002B6642" w:rsidRDefault="00000000" w:rsidP="00A63714">
      <w:pPr>
        <w:spacing w:after="0" w:line="360" w:lineRule="auto"/>
        <w:rPr>
          <w:rFonts w:ascii="Montserrat" w:hAnsi="Montserrat" w:cs="Arial"/>
          <w:color w:val="1D1D35"/>
        </w:rPr>
      </w:pPr>
      <w:r w:rsidRPr="002B6642">
        <w:rPr>
          <w:rFonts w:ascii="Montserrat" w:hAnsi="Montserrat" w:cs="Arial"/>
          <w:b/>
          <w:color w:val="1D1D35"/>
        </w:rPr>
        <w:t>Téléphone portable :</w:t>
      </w:r>
      <w:r w:rsidRPr="002B6642">
        <w:rPr>
          <w:rFonts w:ascii="Montserrat" w:hAnsi="Montserrat" w:cs="Arial"/>
          <w:color w:val="1D1D35"/>
        </w:rPr>
        <w:t xml:space="preserve"> ______________________________</w:t>
      </w:r>
      <w:r w:rsidR="00FD2C67">
        <w:rPr>
          <w:rFonts w:ascii="Montserrat" w:hAnsi="Montserrat" w:cs="Arial"/>
          <w:color w:val="1D1D35"/>
        </w:rPr>
        <w:t xml:space="preserve"> </w:t>
      </w:r>
      <w:proofErr w:type="gramStart"/>
      <w:r w:rsidRPr="002B6642">
        <w:rPr>
          <w:rFonts w:ascii="Montserrat" w:hAnsi="Montserrat" w:cs="Arial"/>
          <w:b/>
          <w:color w:val="1D1D35"/>
        </w:rPr>
        <w:t>E-mail</w:t>
      </w:r>
      <w:proofErr w:type="gramEnd"/>
      <w:r w:rsidRPr="002B6642">
        <w:rPr>
          <w:rFonts w:ascii="Montserrat" w:hAnsi="Montserrat" w:cs="Arial"/>
          <w:b/>
          <w:color w:val="1D1D35"/>
        </w:rPr>
        <w:t xml:space="preserve"> :</w:t>
      </w:r>
      <w:r w:rsidRPr="002B6642">
        <w:rPr>
          <w:rFonts w:ascii="Montserrat" w:hAnsi="Montserrat" w:cs="Arial"/>
          <w:color w:val="1D1D35"/>
        </w:rPr>
        <w:t xml:space="preserve"> ______________________________</w:t>
      </w:r>
      <w:r w:rsidR="00FF088B">
        <w:rPr>
          <w:rFonts w:ascii="Montserrat" w:hAnsi="Montserrat" w:cs="Arial"/>
          <w:color w:val="1D1D35"/>
        </w:rPr>
        <w:t>_______</w:t>
      </w:r>
    </w:p>
    <w:p w14:paraId="3CB8CD3D" w14:textId="3518B300" w:rsidR="002B494D" w:rsidRPr="002B6642" w:rsidRDefault="00000000" w:rsidP="00A63714">
      <w:pPr>
        <w:spacing w:after="0" w:line="360" w:lineRule="auto"/>
        <w:rPr>
          <w:rFonts w:ascii="Montserrat" w:hAnsi="Montserrat" w:cs="Arial"/>
          <w:color w:val="1D1D35"/>
        </w:rPr>
      </w:pPr>
      <w:r w:rsidRPr="002B6642">
        <w:rPr>
          <w:rFonts w:ascii="Montserrat" w:hAnsi="Montserrat" w:cs="Arial"/>
          <w:b/>
          <w:color w:val="1D1D35"/>
        </w:rPr>
        <w:t>Date de naissance :</w:t>
      </w:r>
      <w:r w:rsidRPr="002B6642">
        <w:rPr>
          <w:rFonts w:ascii="Montserrat" w:hAnsi="Montserrat" w:cs="Arial"/>
          <w:color w:val="1D1D35"/>
        </w:rPr>
        <w:t xml:space="preserve"> ______________________________</w:t>
      </w:r>
      <w:r w:rsidR="00FF088B">
        <w:rPr>
          <w:rFonts w:ascii="Montserrat" w:hAnsi="Montserrat" w:cs="Arial"/>
          <w:color w:val="1D1D35"/>
        </w:rPr>
        <w:t xml:space="preserve">   </w:t>
      </w:r>
      <w:r w:rsidRPr="002B6642">
        <w:rPr>
          <w:rFonts w:ascii="Montserrat" w:hAnsi="Montserrat" w:cs="Arial"/>
          <w:b/>
          <w:color w:val="1D1D35"/>
        </w:rPr>
        <w:t xml:space="preserve">Statut : </w:t>
      </w:r>
      <w:r w:rsidRPr="002B6642">
        <w:rPr>
          <w:rFonts w:ascii="Segoe UI Symbol" w:hAnsi="Segoe UI Symbol" w:cs="Segoe UI Symbol"/>
          <w:color w:val="1D1D35"/>
        </w:rPr>
        <w:t>☐</w:t>
      </w:r>
      <w:r w:rsidRPr="002B6642">
        <w:rPr>
          <w:rFonts w:ascii="Montserrat" w:hAnsi="Montserrat" w:cs="Arial"/>
          <w:color w:val="1D1D35"/>
        </w:rPr>
        <w:t xml:space="preserve"> Titulaire   </w:t>
      </w:r>
      <w:r w:rsidRPr="002B6642">
        <w:rPr>
          <w:rFonts w:ascii="Segoe UI Symbol" w:hAnsi="Segoe UI Symbol" w:cs="Segoe UI Symbol"/>
          <w:color w:val="1D1D35"/>
        </w:rPr>
        <w:t>☐</w:t>
      </w:r>
      <w:r w:rsidRPr="002B6642">
        <w:rPr>
          <w:rFonts w:ascii="Montserrat" w:hAnsi="Montserrat" w:cs="Arial"/>
          <w:color w:val="1D1D35"/>
        </w:rPr>
        <w:t xml:space="preserve"> Adjoint   </w:t>
      </w:r>
    </w:p>
    <w:p w14:paraId="2228C619" w14:textId="77777777" w:rsidR="00A63714" w:rsidRDefault="00A63714" w:rsidP="00A63714">
      <w:pPr>
        <w:pStyle w:val="Titre2"/>
        <w:spacing w:before="0" w:line="360" w:lineRule="auto"/>
        <w:rPr>
          <w:rFonts w:ascii="Montserrat" w:hAnsi="Montserrat"/>
          <w:sz w:val="22"/>
          <w:szCs w:val="22"/>
        </w:rPr>
      </w:pPr>
    </w:p>
    <w:p w14:paraId="1E84EB16" w14:textId="60FB423B" w:rsidR="008647CC" w:rsidRPr="002B6642" w:rsidRDefault="00000000" w:rsidP="00A63714">
      <w:pPr>
        <w:pStyle w:val="Titre2"/>
        <w:spacing w:before="0" w:line="360" w:lineRule="auto"/>
        <w:rPr>
          <w:rFonts w:ascii="Montserrat" w:hAnsi="Montserrat"/>
          <w:color w:val="00A95C"/>
          <w:sz w:val="22"/>
          <w:szCs w:val="22"/>
        </w:rPr>
      </w:pPr>
      <w:r w:rsidRPr="002B6642">
        <w:rPr>
          <w:rFonts w:ascii="Montserrat" w:hAnsi="Montserrat"/>
          <w:color w:val="00A95C"/>
          <w:sz w:val="22"/>
          <w:szCs w:val="22"/>
        </w:rPr>
        <w:t>Coordonnées de la pharmacie</w:t>
      </w:r>
    </w:p>
    <w:p w14:paraId="3CD7B0F0" w14:textId="17703833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Nom de la pharmacie :</w:t>
      </w:r>
      <w:r w:rsidRPr="002B6642">
        <w:rPr>
          <w:rFonts w:ascii="Montserrat" w:hAnsi="Montserrat"/>
          <w:color w:val="1D1D35"/>
        </w:rPr>
        <w:t xml:space="preserve"> ______________________________</w:t>
      </w:r>
      <w:r w:rsidR="00FD2C67">
        <w:rPr>
          <w:rFonts w:ascii="Montserrat" w:hAnsi="Montserrat"/>
          <w:color w:val="1D1D35"/>
        </w:rPr>
        <w:t>___</w:t>
      </w:r>
      <w:r w:rsidR="00FF088B">
        <w:rPr>
          <w:rFonts w:ascii="Montserrat" w:hAnsi="Montserrat"/>
          <w:color w:val="1D1D35"/>
        </w:rPr>
        <w:t>__</w:t>
      </w:r>
      <w:r w:rsidR="002B494D" w:rsidRPr="002B6642">
        <w:rPr>
          <w:rFonts w:ascii="Montserrat" w:hAnsi="Montserrat"/>
          <w:color w:val="1D1D35"/>
        </w:rPr>
        <w:t xml:space="preserve"> </w:t>
      </w:r>
      <w:r w:rsidRPr="002B6642">
        <w:rPr>
          <w:rFonts w:ascii="Montserrat" w:hAnsi="Montserrat"/>
          <w:b/>
          <w:color w:val="1D1D35"/>
        </w:rPr>
        <w:t>N° SIRET :</w:t>
      </w:r>
      <w:r w:rsidRPr="002B6642">
        <w:rPr>
          <w:rFonts w:ascii="Montserrat" w:hAnsi="Montserrat"/>
          <w:color w:val="1D1D35"/>
        </w:rPr>
        <w:t xml:space="preserve"> ___________________________</w:t>
      </w:r>
    </w:p>
    <w:p w14:paraId="39ABC320" w14:textId="1006740B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Nom du responsable :</w:t>
      </w:r>
      <w:r w:rsidRPr="002B6642">
        <w:rPr>
          <w:rFonts w:ascii="Montserrat" w:hAnsi="Montserrat"/>
          <w:color w:val="1D1D35"/>
        </w:rPr>
        <w:t xml:space="preserve"> ______________________________</w:t>
      </w:r>
      <w:r w:rsidR="00FF088B">
        <w:rPr>
          <w:rFonts w:ascii="Montserrat" w:hAnsi="Montserrat"/>
          <w:color w:val="1D1D35"/>
        </w:rPr>
        <w:t>____________________________________________</w:t>
      </w:r>
    </w:p>
    <w:p w14:paraId="0D697799" w14:textId="62ACD50A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Adresse :</w:t>
      </w:r>
      <w:r w:rsidRPr="002B6642">
        <w:rPr>
          <w:rFonts w:ascii="Montserrat" w:hAnsi="Montserrat"/>
          <w:color w:val="1D1D35"/>
        </w:rPr>
        <w:t xml:space="preserve"> ______________________________</w:t>
      </w:r>
      <w:r w:rsidR="00FD2C67">
        <w:rPr>
          <w:rFonts w:ascii="Montserrat" w:hAnsi="Montserrat"/>
          <w:color w:val="1D1D35"/>
        </w:rPr>
        <w:t>_______________________________________________________</w:t>
      </w:r>
      <w:r w:rsidR="00FF088B">
        <w:rPr>
          <w:rFonts w:ascii="Montserrat" w:hAnsi="Montserrat"/>
          <w:color w:val="1D1D35"/>
        </w:rPr>
        <w:t>___</w:t>
      </w:r>
    </w:p>
    <w:p w14:paraId="6E733E69" w14:textId="7CC31295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Code postal :</w:t>
      </w:r>
      <w:r w:rsidRPr="002B6642">
        <w:rPr>
          <w:rFonts w:ascii="Montserrat" w:hAnsi="Montserrat"/>
          <w:color w:val="1D1D35"/>
        </w:rPr>
        <w:t xml:space="preserve"> ____________</w:t>
      </w:r>
      <w:r w:rsidR="002B494D" w:rsidRPr="002B6642">
        <w:rPr>
          <w:rFonts w:ascii="Montserrat" w:hAnsi="Montserrat"/>
          <w:color w:val="1D1D35"/>
        </w:rPr>
        <w:t xml:space="preserve"> </w:t>
      </w:r>
      <w:r w:rsidRPr="002B6642">
        <w:rPr>
          <w:rFonts w:ascii="Montserrat" w:hAnsi="Montserrat"/>
          <w:b/>
          <w:color w:val="1D1D35"/>
        </w:rPr>
        <w:t>Ville :</w:t>
      </w:r>
      <w:r w:rsidRPr="002B6642">
        <w:rPr>
          <w:rFonts w:ascii="Montserrat" w:hAnsi="Montserrat"/>
          <w:color w:val="1D1D35"/>
        </w:rPr>
        <w:t xml:space="preserve"> ______________________________</w:t>
      </w:r>
      <w:r w:rsidR="002B494D" w:rsidRPr="002B6642">
        <w:rPr>
          <w:rFonts w:ascii="Montserrat" w:hAnsi="Montserrat"/>
          <w:color w:val="1D1D35"/>
        </w:rPr>
        <w:t>_______________</w:t>
      </w:r>
      <w:r w:rsidR="00FD2C67">
        <w:rPr>
          <w:rFonts w:ascii="Montserrat" w:hAnsi="Montserrat"/>
          <w:color w:val="1D1D35"/>
        </w:rPr>
        <w:t>_________________</w:t>
      </w:r>
      <w:r w:rsidR="00FF088B">
        <w:rPr>
          <w:rFonts w:ascii="Montserrat" w:hAnsi="Montserrat"/>
          <w:color w:val="1D1D35"/>
        </w:rPr>
        <w:t>___</w:t>
      </w:r>
    </w:p>
    <w:p w14:paraId="4E8E4150" w14:textId="11651497" w:rsidR="00FF088B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Téléphone de la pharmacie :</w:t>
      </w:r>
      <w:r w:rsidRPr="002B6642">
        <w:rPr>
          <w:rFonts w:ascii="Montserrat" w:hAnsi="Montserrat"/>
          <w:color w:val="1D1D35"/>
        </w:rPr>
        <w:t xml:space="preserve"> __________________</w:t>
      </w:r>
      <w:r w:rsidR="00FF088B">
        <w:rPr>
          <w:rFonts w:ascii="Montserrat" w:hAnsi="Montserrat"/>
          <w:color w:val="1D1D35"/>
        </w:rPr>
        <w:t>__________________________________________________</w:t>
      </w:r>
    </w:p>
    <w:p w14:paraId="48101DF1" w14:textId="1EDC779B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proofErr w:type="gramStart"/>
      <w:r w:rsidRPr="002B6642">
        <w:rPr>
          <w:rFonts w:ascii="Montserrat" w:hAnsi="Montserrat"/>
          <w:b/>
          <w:color w:val="1D1D35"/>
        </w:rPr>
        <w:t>E-mail</w:t>
      </w:r>
      <w:proofErr w:type="gramEnd"/>
      <w:r w:rsidRPr="002B6642">
        <w:rPr>
          <w:rFonts w:ascii="Montserrat" w:hAnsi="Montserrat"/>
          <w:b/>
          <w:color w:val="1D1D35"/>
        </w:rPr>
        <w:t xml:space="preserve"> de la pharmacie :</w:t>
      </w:r>
      <w:r w:rsidRPr="002B6642">
        <w:rPr>
          <w:rFonts w:ascii="Montserrat" w:hAnsi="Montserrat"/>
          <w:color w:val="1D1D35"/>
        </w:rPr>
        <w:t xml:space="preserve"> __________________</w:t>
      </w:r>
      <w:r w:rsidR="00FD2C67">
        <w:rPr>
          <w:rFonts w:ascii="Montserrat" w:hAnsi="Montserrat"/>
          <w:color w:val="1D1D35"/>
        </w:rPr>
        <w:t>___</w:t>
      </w:r>
      <w:r w:rsidR="00FF088B">
        <w:rPr>
          <w:rFonts w:ascii="Montserrat" w:hAnsi="Montserrat"/>
          <w:color w:val="1D1D35"/>
        </w:rPr>
        <w:t>___________________________________________________</w:t>
      </w:r>
    </w:p>
    <w:p w14:paraId="2D597620" w14:textId="77777777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 xml:space="preserve">Faites-vous partie d’un groupement et/ou d’une CPTS ? </w:t>
      </w:r>
      <w:r w:rsidRPr="002B6642">
        <w:rPr>
          <w:rFonts w:ascii="Segoe UI Symbol" w:hAnsi="Segoe UI Symbol" w:cs="Segoe UI Symbol"/>
          <w:color w:val="1D1D35"/>
        </w:rPr>
        <w:t>☐</w:t>
      </w:r>
      <w:r w:rsidRPr="002B6642">
        <w:rPr>
          <w:rFonts w:ascii="Montserrat" w:hAnsi="Montserrat"/>
          <w:color w:val="1D1D35"/>
        </w:rPr>
        <w:t xml:space="preserve"> Oui </w:t>
      </w:r>
      <w:r w:rsidRPr="002B6642">
        <w:rPr>
          <w:rFonts w:ascii="Segoe UI Symbol" w:hAnsi="Segoe UI Symbol" w:cs="Segoe UI Symbol"/>
          <w:color w:val="1D1D35"/>
        </w:rPr>
        <w:t>☐</w:t>
      </w:r>
      <w:r w:rsidRPr="002B6642">
        <w:rPr>
          <w:rFonts w:ascii="Montserrat" w:hAnsi="Montserrat"/>
          <w:color w:val="1D1D35"/>
        </w:rPr>
        <w:t xml:space="preserve"> Non</w:t>
      </w:r>
    </w:p>
    <w:p w14:paraId="456C69F5" w14:textId="31BA82F1" w:rsidR="002B494D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Si oui, lequel :</w:t>
      </w:r>
      <w:r w:rsidRPr="002B6642">
        <w:rPr>
          <w:rFonts w:ascii="Montserrat" w:hAnsi="Montserrat"/>
          <w:color w:val="1D1D35"/>
        </w:rPr>
        <w:t xml:space="preserve"> ______________________________</w:t>
      </w:r>
      <w:r w:rsidR="00FF088B">
        <w:rPr>
          <w:rFonts w:ascii="Montserrat" w:hAnsi="Montserrat"/>
          <w:color w:val="1D1D35"/>
        </w:rPr>
        <w:t>_____________________________________________________</w:t>
      </w:r>
    </w:p>
    <w:p w14:paraId="0BE7C9B2" w14:textId="77777777" w:rsidR="00A63714" w:rsidRDefault="00A63714" w:rsidP="00A63714">
      <w:pPr>
        <w:pStyle w:val="Titre2"/>
        <w:spacing w:before="0" w:line="360" w:lineRule="auto"/>
        <w:rPr>
          <w:rFonts w:ascii="Montserrat" w:hAnsi="Montserrat"/>
          <w:sz w:val="22"/>
          <w:szCs w:val="22"/>
        </w:rPr>
      </w:pPr>
    </w:p>
    <w:p w14:paraId="3FD1845E" w14:textId="11447FCE" w:rsidR="008647CC" w:rsidRPr="002B6642" w:rsidRDefault="00000000" w:rsidP="00A63714">
      <w:pPr>
        <w:pStyle w:val="Titre2"/>
        <w:spacing w:before="0" w:line="360" w:lineRule="auto"/>
        <w:rPr>
          <w:rFonts w:ascii="Montserrat" w:hAnsi="Montserrat"/>
          <w:color w:val="00A95C"/>
          <w:sz w:val="22"/>
          <w:szCs w:val="22"/>
        </w:rPr>
      </w:pPr>
      <w:r w:rsidRPr="002B6642">
        <w:rPr>
          <w:rFonts w:ascii="Montserrat" w:hAnsi="Montserrat"/>
          <w:color w:val="00A95C"/>
          <w:sz w:val="22"/>
          <w:szCs w:val="22"/>
        </w:rPr>
        <w:t>Je m'inscris à la formation suivante</w:t>
      </w:r>
    </w:p>
    <w:p w14:paraId="63CFF1C6" w14:textId="0DE51400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Thème :</w:t>
      </w:r>
      <w:r w:rsidRPr="002B6642">
        <w:rPr>
          <w:rFonts w:ascii="Montserrat" w:hAnsi="Montserrat"/>
          <w:color w:val="1D1D35"/>
        </w:rPr>
        <w:t xml:space="preserve"> </w:t>
      </w:r>
      <w:r w:rsidR="002B494D" w:rsidRPr="002B6642">
        <w:rPr>
          <w:rFonts w:ascii="Montserrat" w:hAnsi="Montserrat"/>
          <w:color w:val="1D1D35"/>
        </w:rPr>
        <w:t>Gestion pratique de la violence et de l’agressivité du patient et de son entourage</w:t>
      </w:r>
    </w:p>
    <w:p w14:paraId="79AF8F97" w14:textId="60CA7610" w:rsidR="00FD2C67" w:rsidRPr="00FD2C67" w:rsidRDefault="00FD2C67" w:rsidP="00A63714">
      <w:pPr>
        <w:spacing w:after="0" w:line="360" w:lineRule="auto"/>
        <w:rPr>
          <w:rFonts w:ascii="Montserrat" w:hAnsi="Montserrat"/>
          <w:b/>
          <w:color w:val="1D1D35"/>
        </w:rPr>
      </w:pPr>
      <w:r>
        <w:rPr>
          <w:rFonts w:ascii="Montserrat" w:hAnsi="Montserrat"/>
          <w:b/>
          <w:color w:val="1D1D35"/>
        </w:rPr>
        <w:t xml:space="preserve">Présentiel </w:t>
      </w:r>
      <w:r w:rsidRPr="00FD2C67">
        <w:rPr>
          <w:rFonts w:ascii="Montserrat" w:hAnsi="Montserrat"/>
          <w:b/>
          <w:color w:val="1D1D35"/>
        </w:rPr>
        <w:t>- à renvoyer avant le 08/09/2026 :</w:t>
      </w:r>
      <w:r w:rsidRPr="002B6642">
        <w:rPr>
          <w:rFonts w:ascii="Montserrat" w:hAnsi="Montserrat"/>
          <w:b/>
          <w:color w:val="1D1D35"/>
        </w:rPr>
        <w:t xml:space="preserve"> </w:t>
      </w:r>
      <w:r w:rsidRPr="002B6642">
        <w:rPr>
          <w:rFonts w:ascii="Segoe UI Symbol" w:hAnsi="Segoe UI Symbol" w:cs="Segoe UI Symbol"/>
          <w:color w:val="1D1D35"/>
        </w:rPr>
        <w:t>☐</w:t>
      </w:r>
      <w:r w:rsidRPr="002B6642">
        <w:rPr>
          <w:rFonts w:ascii="Montserrat" w:hAnsi="Montserrat"/>
          <w:color w:val="1D1D35"/>
        </w:rPr>
        <w:t xml:space="preserve"> </w:t>
      </w:r>
      <w:r>
        <w:rPr>
          <w:rFonts w:ascii="Montserrat" w:hAnsi="Montserrat"/>
          <w:color w:val="1D1D35"/>
        </w:rPr>
        <w:t xml:space="preserve">Caen jeudi 01/10/26 </w:t>
      </w:r>
      <w:r w:rsidRPr="002B6642">
        <w:rPr>
          <w:rFonts w:ascii="Segoe UI Symbol" w:hAnsi="Segoe UI Symbol" w:cs="Segoe UI Symbol"/>
          <w:color w:val="1D1D35"/>
        </w:rPr>
        <w:t>☐</w:t>
      </w:r>
      <w:r w:rsidRPr="002B6642">
        <w:rPr>
          <w:rFonts w:ascii="Montserrat" w:hAnsi="Montserrat"/>
          <w:color w:val="1D1D35"/>
        </w:rPr>
        <w:t xml:space="preserve"> </w:t>
      </w:r>
      <w:r>
        <w:rPr>
          <w:rFonts w:ascii="Montserrat" w:hAnsi="Montserrat"/>
          <w:color w:val="1D1D35"/>
        </w:rPr>
        <w:t>Rouen vendredi 02/10/26</w:t>
      </w:r>
    </w:p>
    <w:p w14:paraId="5E4376D1" w14:textId="1045909A" w:rsidR="00BE2B79" w:rsidRPr="002B6642" w:rsidRDefault="00FD2C67" w:rsidP="00BE2B79">
      <w:pPr>
        <w:spacing w:after="0" w:line="360" w:lineRule="auto"/>
        <w:rPr>
          <w:rFonts w:ascii="Montserrat" w:hAnsi="Montserrat"/>
          <w:color w:val="1D1D35"/>
        </w:rPr>
      </w:pPr>
      <w:r>
        <w:rPr>
          <w:rFonts w:ascii="Montserrat" w:hAnsi="Montserrat"/>
          <w:b/>
          <w:color w:val="1D1D35"/>
        </w:rPr>
        <w:t>Classe virtuelle </w:t>
      </w:r>
      <w:r w:rsidR="00F4115D" w:rsidRPr="00FD2C67">
        <w:rPr>
          <w:rFonts w:ascii="Montserrat" w:hAnsi="Montserrat"/>
          <w:b/>
          <w:color w:val="1D1D35"/>
        </w:rPr>
        <w:t xml:space="preserve">- à renvoyer avant le </w:t>
      </w:r>
      <w:r w:rsidR="00F4115D">
        <w:rPr>
          <w:rFonts w:ascii="Montserrat" w:hAnsi="Montserrat"/>
          <w:b/>
          <w:color w:val="1D1D35"/>
        </w:rPr>
        <w:t>27</w:t>
      </w:r>
      <w:r w:rsidR="00F4115D" w:rsidRPr="00FD2C67">
        <w:rPr>
          <w:rFonts w:ascii="Montserrat" w:hAnsi="Montserrat"/>
          <w:b/>
          <w:color w:val="1D1D35"/>
        </w:rPr>
        <w:t>/</w:t>
      </w:r>
      <w:r w:rsidR="00F4115D">
        <w:rPr>
          <w:rFonts w:ascii="Montserrat" w:hAnsi="Montserrat"/>
          <w:b/>
          <w:color w:val="1D1D35"/>
        </w:rPr>
        <w:t>10</w:t>
      </w:r>
      <w:r w:rsidR="00F4115D" w:rsidRPr="00FD2C67">
        <w:rPr>
          <w:rFonts w:ascii="Montserrat" w:hAnsi="Montserrat"/>
          <w:b/>
          <w:color w:val="1D1D35"/>
        </w:rPr>
        <w:t>/</w:t>
      </w:r>
      <w:proofErr w:type="gramStart"/>
      <w:r w:rsidR="00F4115D" w:rsidRPr="00FD2C67">
        <w:rPr>
          <w:rFonts w:ascii="Montserrat" w:hAnsi="Montserrat"/>
          <w:b/>
          <w:color w:val="1D1D35"/>
        </w:rPr>
        <w:t>2026</w:t>
      </w:r>
      <w:r>
        <w:rPr>
          <w:rFonts w:ascii="Montserrat" w:hAnsi="Montserrat"/>
          <w:b/>
          <w:color w:val="1D1D35"/>
        </w:rPr>
        <w:t>:</w:t>
      </w:r>
      <w:proofErr w:type="gramEnd"/>
      <w:r>
        <w:rPr>
          <w:rFonts w:ascii="Montserrat" w:hAnsi="Montserrat"/>
          <w:b/>
          <w:color w:val="1D1D35"/>
        </w:rPr>
        <w:t xml:space="preserve"> </w:t>
      </w:r>
      <w:r w:rsidRPr="002B6642">
        <w:rPr>
          <w:rFonts w:ascii="Segoe UI Symbol" w:hAnsi="Segoe UI Symbol" w:cs="Segoe UI Symbol"/>
          <w:color w:val="1D1D35"/>
        </w:rPr>
        <w:t>☐</w:t>
      </w:r>
      <w:r w:rsidRPr="002B6642">
        <w:rPr>
          <w:rFonts w:ascii="Montserrat" w:hAnsi="Montserrat"/>
          <w:color w:val="1D1D35"/>
        </w:rPr>
        <w:t xml:space="preserve"> Classe virtuelle </w:t>
      </w:r>
      <w:r w:rsidR="00BE2B79">
        <w:rPr>
          <w:rFonts w:ascii="Montserrat" w:hAnsi="Montserrat"/>
          <w:color w:val="1D1D35"/>
        </w:rPr>
        <w:t xml:space="preserve">mardi 17/11/2026 </w:t>
      </w:r>
      <w:r w:rsidR="00BE2B79" w:rsidRPr="002B6642">
        <w:rPr>
          <w:rFonts w:ascii="Segoe UI Symbol" w:hAnsi="Segoe UI Symbol" w:cs="Segoe UI Symbol"/>
          <w:color w:val="1D1D35"/>
        </w:rPr>
        <w:t>☐</w:t>
      </w:r>
      <w:r w:rsidR="00BE2B79" w:rsidRPr="002B6642">
        <w:rPr>
          <w:rFonts w:ascii="Montserrat" w:hAnsi="Montserrat"/>
          <w:color w:val="1D1D35"/>
        </w:rPr>
        <w:t xml:space="preserve"> Classe virtuelle </w:t>
      </w:r>
      <w:r w:rsidR="00BE2B79">
        <w:rPr>
          <w:rFonts w:ascii="Montserrat" w:hAnsi="Montserrat"/>
          <w:color w:val="1D1D35"/>
        </w:rPr>
        <w:t xml:space="preserve">jeudi 19/11/2026 </w:t>
      </w:r>
      <w:r w:rsidR="00BE2B79" w:rsidRPr="002B6642">
        <w:rPr>
          <w:rFonts w:ascii="Segoe UI Symbol" w:hAnsi="Segoe UI Symbol" w:cs="Segoe UI Symbol"/>
          <w:color w:val="1D1D35"/>
        </w:rPr>
        <w:t>☐</w:t>
      </w:r>
      <w:r w:rsidR="00BE2B79" w:rsidRPr="002B6642">
        <w:rPr>
          <w:rFonts w:ascii="Montserrat" w:hAnsi="Montserrat"/>
          <w:color w:val="1D1D35"/>
        </w:rPr>
        <w:t xml:space="preserve"> Classe virtuelle </w:t>
      </w:r>
      <w:r w:rsidR="00BE2B79">
        <w:rPr>
          <w:rFonts w:ascii="Montserrat" w:hAnsi="Montserrat"/>
          <w:color w:val="1D1D35"/>
        </w:rPr>
        <w:t>mardi 24/11/2026</w:t>
      </w:r>
    </w:p>
    <w:p w14:paraId="411E7AF2" w14:textId="77777777" w:rsidR="00A63714" w:rsidRDefault="00A63714" w:rsidP="00A63714">
      <w:pPr>
        <w:pStyle w:val="Titre2"/>
        <w:spacing w:before="0" w:line="360" w:lineRule="auto"/>
        <w:rPr>
          <w:rFonts w:ascii="Montserrat" w:hAnsi="Montserrat"/>
          <w:sz w:val="22"/>
          <w:szCs w:val="22"/>
        </w:rPr>
      </w:pPr>
    </w:p>
    <w:p w14:paraId="3B830725" w14:textId="56316C8F" w:rsidR="008647CC" w:rsidRPr="002B6642" w:rsidRDefault="00000000" w:rsidP="00A63714">
      <w:pPr>
        <w:pStyle w:val="Titre2"/>
        <w:spacing w:before="0" w:line="360" w:lineRule="auto"/>
        <w:rPr>
          <w:rFonts w:ascii="Montserrat" w:hAnsi="Montserrat"/>
          <w:color w:val="00A95C"/>
          <w:sz w:val="22"/>
          <w:szCs w:val="22"/>
        </w:rPr>
      </w:pPr>
      <w:r w:rsidRPr="002B6642">
        <w:rPr>
          <w:rFonts w:ascii="Montserrat" w:hAnsi="Montserrat"/>
          <w:color w:val="00A95C"/>
          <w:sz w:val="22"/>
          <w:szCs w:val="22"/>
        </w:rPr>
        <w:t xml:space="preserve">Frais annexes à déclarer </w:t>
      </w:r>
      <w:r w:rsidR="005224BC" w:rsidRPr="002B6642">
        <w:rPr>
          <w:rFonts w:ascii="Montserrat" w:hAnsi="Montserrat"/>
          <w:color w:val="00A95C"/>
          <w:sz w:val="22"/>
          <w:szCs w:val="22"/>
        </w:rPr>
        <w:t xml:space="preserve">– Formation en </w:t>
      </w:r>
      <w:r w:rsidRPr="002B6642">
        <w:rPr>
          <w:rFonts w:ascii="Montserrat" w:hAnsi="Montserrat"/>
          <w:color w:val="00A95C"/>
          <w:sz w:val="22"/>
          <w:szCs w:val="22"/>
        </w:rPr>
        <w:t xml:space="preserve">présentiel </w:t>
      </w:r>
      <w:r w:rsidR="005224BC" w:rsidRPr="002B6642">
        <w:rPr>
          <w:rFonts w:ascii="Montserrat" w:hAnsi="Montserrat"/>
          <w:color w:val="00A95C"/>
          <w:sz w:val="22"/>
          <w:szCs w:val="22"/>
        </w:rPr>
        <w:t xml:space="preserve">(Uniquement dans le cadre d’un financement </w:t>
      </w:r>
      <w:r w:rsidRPr="002B6642">
        <w:rPr>
          <w:rFonts w:ascii="Montserrat" w:hAnsi="Montserrat"/>
          <w:color w:val="00A95C"/>
          <w:sz w:val="22"/>
          <w:szCs w:val="22"/>
        </w:rPr>
        <w:t>OPCO)</w:t>
      </w:r>
    </w:p>
    <w:p w14:paraId="3B6BB613" w14:textId="4F2D7FF5" w:rsidR="00955354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>Nombre de nuits :</w:t>
      </w:r>
      <w:r w:rsidRPr="002B6642">
        <w:rPr>
          <w:rFonts w:ascii="Montserrat" w:hAnsi="Montserrat"/>
          <w:color w:val="1D1D35"/>
        </w:rPr>
        <w:t xml:space="preserve"> ____________________________</w:t>
      </w:r>
      <w:r w:rsidR="005224BC" w:rsidRPr="002B6642">
        <w:rPr>
          <w:rFonts w:ascii="Montserrat" w:hAnsi="Montserrat"/>
          <w:color w:val="1D1D35"/>
        </w:rPr>
        <w:t xml:space="preserve"> </w:t>
      </w:r>
      <w:r w:rsidR="00955354" w:rsidRPr="002B6642">
        <w:rPr>
          <w:rFonts w:ascii="Montserrat" w:hAnsi="Montserrat"/>
          <w:b/>
          <w:color w:val="1D1D35"/>
        </w:rPr>
        <w:t>Repas (dîner) :</w:t>
      </w:r>
      <w:r w:rsidR="00955354" w:rsidRPr="002B6642">
        <w:rPr>
          <w:rFonts w:ascii="Montserrat" w:hAnsi="Montserrat"/>
          <w:color w:val="1D1D35"/>
        </w:rPr>
        <w:t xml:space="preserve"> ______________________________</w:t>
      </w:r>
      <w:r w:rsidR="00955354">
        <w:rPr>
          <w:rFonts w:ascii="Montserrat" w:hAnsi="Montserrat"/>
          <w:color w:val="1D1D35"/>
        </w:rPr>
        <w:t>____</w:t>
      </w:r>
    </w:p>
    <w:p w14:paraId="59B8F85F" w14:textId="75FE64BE" w:rsidR="008647CC" w:rsidRPr="002B6642" w:rsidRDefault="00000000" w:rsidP="00A63714">
      <w:pPr>
        <w:spacing w:after="0" w:line="360" w:lineRule="auto"/>
        <w:rPr>
          <w:rFonts w:ascii="Montserrat" w:hAnsi="Montserrat"/>
          <w:color w:val="1D1D35"/>
        </w:rPr>
      </w:pPr>
      <w:r w:rsidRPr="002B6642">
        <w:rPr>
          <w:rFonts w:ascii="Montserrat" w:hAnsi="Montserrat"/>
          <w:b/>
          <w:color w:val="1D1D35"/>
        </w:rPr>
        <w:t xml:space="preserve">Nombre de kms </w:t>
      </w:r>
      <w:r w:rsidR="00955354">
        <w:rPr>
          <w:rFonts w:ascii="Montserrat" w:hAnsi="Montserrat"/>
          <w:b/>
          <w:color w:val="1D1D35"/>
        </w:rPr>
        <w:t xml:space="preserve">(de la pharmacie au lieu de formation </w:t>
      </w:r>
      <w:r w:rsidRPr="002B6642">
        <w:rPr>
          <w:rFonts w:ascii="Montserrat" w:hAnsi="Montserrat"/>
          <w:b/>
          <w:color w:val="1D1D35"/>
        </w:rPr>
        <w:t>:</w:t>
      </w:r>
      <w:r w:rsidRPr="002B6642">
        <w:rPr>
          <w:rFonts w:ascii="Montserrat" w:hAnsi="Montserrat"/>
          <w:color w:val="1D1D35"/>
        </w:rPr>
        <w:t xml:space="preserve"> ______________________________</w:t>
      </w:r>
    </w:p>
    <w:p w14:paraId="6F575960" w14:textId="77777777" w:rsidR="00A63714" w:rsidRDefault="00A63714" w:rsidP="00A63714">
      <w:pPr>
        <w:pStyle w:val="Pieddepage"/>
        <w:rPr>
          <w:rFonts w:ascii="Montserrat" w:hAnsi="Montserrat"/>
          <w:sz w:val="20"/>
          <w:szCs w:val="20"/>
        </w:rPr>
      </w:pPr>
    </w:p>
    <w:p w14:paraId="3F4105B7" w14:textId="26192221" w:rsidR="00A63714" w:rsidRPr="002B6642" w:rsidRDefault="00A63714" w:rsidP="00FF088B">
      <w:pPr>
        <w:pStyle w:val="Pieddepage"/>
        <w:jc w:val="both"/>
        <w:rPr>
          <w:rFonts w:ascii="Montserrat" w:hAnsi="Montserrat"/>
          <w:color w:val="1D1D35"/>
          <w:sz w:val="20"/>
          <w:szCs w:val="20"/>
        </w:rPr>
      </w:pPr>
      <w:r w:rsidRPr="002B6642">
        <w:rPr>
          <w:rFonts w:ascii="Montserrat" w:hAnsi="Montserrat"/>
          <w:color w:val="1D1D35"/>
          <w:sz w:val="20"/>
          <w:szCs w:val="20"/>
        </w:rPr>
        <w:t xml:space="preserve">Ces informations sont recueillies dans le but du traitement de votre inscription et seront transmises à l’organisme de formation, Pôle Formation Santé – Site </w:t>
      </w:r>
      <w:proofErr w:type="spellStart"/>
      <w:r w:rsidRPr="002B6642">
        <w:rPr>
          <w:rFonts w:ascii="Montserrat" w:hAnsi="Montserrat"/>
          <w:color w:val="1D1D35"/>
          <w:sz w:val="20"/>
          <w:szCs w:val="20"/>
        </w:rPr>
        <w:t>Greenopolis</w:t>
      </w:r>
      <w:proofErr w:type="spellEnd"/>
      <w:r w:rsidRPr="002B6642">
        <w:rPr>
          <w:rFonts w:ascii="Montserrat" w:hAnsi="Montserrat"/>
          <w:color w:val="1D1D35"/>
          <w:sz w:val="20"/>
          <w:szCs w:val="20"/>
        </w:rPr>
        <w:t xml:space="preserve"> – 16 rue </w:t>
      </w:r>
      <w:proofErr w:type="spellStart"/>
      <w:r w:rsidRPr="002B6642">
        <w:rPr>
          <w:rFonts w:ascii="Montserrat" w:hAnsi="Montserrat"/>
          <w:color w:val="1D1D35"/>
          <w:sz w:val="20"/>
          <w:szCs w:val="20"/>
        </w:rPr>
        <w:t>Berjeon</w:t>
      </w:r>
      <w:proofErr w:type="spellEnd"/>
      <w:r w:rsidRPr="002B6642">
        <w:rPr>
          <w:rFonts w:ascii="Montserrat" w:hAnsi="Montserrat"/>
          <w:color w:val="1D1D35"/>
          <w:sz w:val="20"/>
          <w:szCs w:val="20"/>
        </w:rPr>
        <w:t xml:space="preserve"> 69009 Lyon, dans ce but. Conformément à la Loi Informatique et Liberté et à la réglementation RGPD, vous pouvez exercer votre droit d’accès à vos données</w:t>
      </w:r>
      <w:r w:rsidR="00775B61">
        <w:rPr>
          <w:rFonts w:ascii="Montserrat" w:hAnsi="Montserrat"/>
          <w:color w:val="1D1D35"/>
          <w:sz w:val="20"/>
          <w:szCs w:val="20"/>
        </w:rPr>
        <w:t>, de rectification, d’effacement, d’opposition, de limitation ou de portabilité en contactant le Pôle Formation Santé à : contact@pf-sante.fr ou contact@urps-pharmaciens-normandie.fr</w:t>
      </w:r>
    </w:p>
    <w:sectPr w:rsidR="00A63714" w:rsidRPr="002B6642" w:rsidSect="002B49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FF4C" w14:textId="77777777" w:rsidR="002A4953" w:rsidRPr="00AA7F91" w:rsidRDefault="002A4953" w:rsidP="005224BC">
      <w:pPr>
        <w:spacing w:after="0" w:line="240" w:lineRule="auto"/>
      </w:pPr>
      <w:r w:rsidRPr="00AA7F91">
        <w:separator/>
      </w:r>
    </w:p>
  </w:endnote>
  <w:endnote w:type="continuationSeparator" w:id="0">
    <w:p w14:paraId="47102804" w14:textId="77777777" w:rsidR="002A4953" w:rsidRPr="00AA7F91" w:rsidRDefault="002A4953" w:rsidP="005224BC">
      <w:pPr>
        <w:spacing w:after="0" w:line="240" w:lineRule="auto"/>
      </w:pPr>
      <w:r w:rsidRPr="00AA7F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A152" w14:textId="77777777" w:rsidR="002A4953" w:rsidRPr="00AA7F91" w:rsidRDefault="002A4953" w:rsidP="005224BC">
      <w:pPr>
        <w:spacing w:after="0" w:line="240" w:lineRule="auto"/>
      </w:pPr>
      <w:r w:rsidRPr="00AA7F91">
        <w:separator/>
      </w:r>
    </w:p>
  </w:footnote>
  <w:footnote w:type="continuationSeparator" w:id="0">
    <w:p w14:paraId="0A038109" w14:textId="77777777" w:rsidR="002A4953" w:rsidRPr="00AA7F91" w:rsidRDefault="002A4953" w:rsidP="005224BC">
      <w:pPr>
        <w:spacing w:after="0" w:line="240" w:lineRule="auto"/>
      </w:pPr>
      <w:r w:rsidRPr="00AA7F9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7527106">
    <w:abstractNumId w:val="8"/>
  </w:num>
  <w:num w:numId="2" w16cid:durableId="314333457">
    <w:abstractNumId w:val="6"/>
  </w:num>
  <w:num w:numId="3" w16cid:durableId="1125123335">
    <w:abstractNumId w:val="5"/>
  </w:num>
  <w:num w:numId="4" w16cid:durableId="618536386">
    <w:abstractNumId w:val="4"/>
  </w:num>
  <w:num w:numId="5" w16cid:durableId="1244801871">
    <w:abstractNumId w:val="7"/>
  </w:num>
  <w:num w:numId="6" w16cid:durableId="713653193">
    <w:abstractNumId w:val="3"/>
  </w:num>
  <w:num w:numId="7" w16cid:durableId="1445271197">
    <w:abstractNumId w:val="2"/>
  </w:num>
  <w:num w:numId="8" w16cid:durableId="737364383">
    <w:abstractNumId w:val="1"/>
  </w:num>
  <w:num w:numId="9" w16cid:durableId="204729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291"/>
    <w:rsid w:val="00021F78"/>
    <w:rsid w:val="00034616"/>
    <w:rsid w:val="0006063C"/>
    <w:rsid w:val="0015074B"/>
    <w:rsid w:val="0029639D"/>
    <w:rsid w:val="002A4953"/>
    <w:rsid w:val="002B494D"/>
    <w:rsid w:val="002B6642"/>
    <w:rsid w:val="00326F90"/>
    <w:rsid w:val="00470E53"/>
    <w:rsid w:val="00502994"/>
    <w:rsid w:val="005224BC"/>
    <w:rsid w:val="00662138"/>
    <w:rsid w:val="006A06D0"/>
    <w:rsid w:val="00775B61"/>
    <w:rsid w:val="00830889"/>
    <w:rsid w:val="008647CC"/>
    <w:rsid w:val="00955354"/>
    <w:rsid w:val="00A63714"/>
    <w:rsid w:val="00AA1D8D"/>
    <w:rsid w:val="00AA7F91"/>
    <w:rsid w:val="00B47730"/>
    <w:rsid w:val="00BE2B79"/>
    <w:rsid w:val="00C06638"/>
    <w:rsid w:val="00CB0664"/>
    <w:rsid w:val="00CE5145"/>
    <w:rsid w:val="00E83F2F"/>
    <w:rsid w:val="00F4115D"/>
    <w:rsid w:val="00FC693F"/>
    <w:rsid w:val="00FD2C67"/>
    <w:rsid w:val="00F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5D304B"/>
  <w14:defaultImageDpi w14:val="300"/>
  <w15:docId w15:val="{D7D6E9EB-0E41-4308-916A-127C525F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utilisateur</cp:lastModifiedBy>
  <cp:revision>8</cp:revision>
  <dcterms:created xsi:type="dcterms:W3CDTF">2026-07-27T12:09:00Z</dcterms:created>
  <dcterms:modified xsi:type="dcterms:W3CDTF">2026-07-29T07:56:00Z</dcterms:modified>
  <cp:category/>
</cp:coreProperties>
</file>